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Бриф «Точки старта»</w:t>
      </w:r>
    </w:p>
    <w:p>
      <w:r>
        <w:rPr>
          <w:i/>
        </w:rPr>
        <w:t>Ваш бизнес в интернете за 3 дня — и точка</w:t>
      </w:r>
    </w:p>
    <w:p>
      <w:r>
        <w:t>Ответьте простыми словами — необязательные вопросы можно пропустить, уточним на консультации. Заполненный бриф пришлите нам — скидка 10% на любой тариф сохраняется.</w:t>
      </w:r>
    </w:p>
    <w:p>
      <w:pPr>
        <w:pStyle w:val="Heading1"/>
      </w:pPr>
      <w:r>
        <w:t>1. Как с вами связаться</w:t>
      </w:r>
    </w:p>
    <w:p>
      <w:r>
        <w:rPr>
          <w:b/>
        </w:rPr>
        <w:t>Как вас зовут *</w:t>
      </w:r>
    </w:p>
    <w:p>
      <w:r>
        <w:rPr>
          <w:color w:val="888888"/>
          <w:sz w:val="19"/>
        </w:rPr>
        <w:t>Имя</w:t>
      </w:r>
    </w:p>
    <w:p>
      <w:r>
        <w:t>______________________________________________________________________________________</w:t>
      </w:r>
    </w:p>
    <w:p>
      <w:r>
        <w:rPr>
          <w:b/>
        </w:rPr>
        <w:t>Телефон *</w:t>
      </w:r>
    </w:p>
    <w:p>
      <w:r>
        <w:rPr>
          <w:color w:val="888888"/>
          <w:sz w:val="19"/>
        </w:rPr>
        <w:t>+7 (___) ___-__-__</w:t>
      </w:r>
    </w:p>
    <w:p>
      <w:r>
        <w:t>______________________________________________________________________________________</w:t>
      </w:r>
    </w:p>
    <w:p>
      <w:r>
        <w:rPr>
          <w:b/>
        </w:rPr>
        <w:t>Telegram или почта *</w:t>
      </w:r>
    </w:p>
    <w:p>
      <w:r>
        <w:rPr>
          <w:color w:val="888888"/>
          <w:sz w:val="19"/>
        </w:rPr>
        <w:t>@username или name@mail.ru</w:t>
      </w:r>
    </w:p>
    <w:p>
      <w:r>
        <w:t>______________________________________________________________________________________</w:t>
      </w:r>
    </w:p>
    <w:p>
      <w:r>
        <w:rPr>
          <w:b/>
        </w:rPr>
        <w:t>Как удобнее связаться</w:t>
      </w:r>
    </w:p>
    <w:p>
      <w:r>
        <w:t>Выберите один вариант: ☐ Telegram   ☐ Звонок   ☐ Почта</w:t>
      </w:r>
    </w:p>
    <w:p>
      <w:pPr>
        <w:pStyle w:val="Heading1"/>
      </w:pPr>
      <w:r>
        <w:t>2. О вашем бизнесе</w:t>
      </w:r>
    </w:p>
    <w:p>
      <w:r>
        <w:rPr>
          <w:b/>
        </w:rPr>
        <w:t>Чем вы занимаетесь, что продаёте</w:t>
      </w:r>
    </w:p>
    <w:p>
      <w:r>
        <w:rPr>
          <w:color w:val="888888"/>
          <w:sz w:val="19"/>
        </w:rPr>
        <w:t>Например: ремонт квартир под ключ, торты на заказ, маникюр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</w:rPr>
        <w:t>Город или регион</w:t>
      </w:r>
    </w:p>
    <w:p>
      <w:r>
        <w:rPr>
          <w:color w:val="888888"/>
          <w:sz w:val="19"/>
        </w:rPr>
        <w:t>Где ваши клиенты</w:t>
      </w:r>
    </w:p>
    <w:p>
      <w:r>
        <w:t>______________________________________________________________________________________</w:t>
      </w:r>
    </w:p>
    <w:p>
      <w:r>
        <w:rPr>
          <w:b/>
        </w:rPr>
        <w:t>Название компании или идеи</w:t>
      </w:r>
    </w:p>
    <w:p>
      <w:r>
        <w:rPr>
          <w:color w:val="888888"/>
          <w:sz w:val="19"/>
        </w:rPr>
        <w:t>Если пока нет — оставьте пустым</w:t>
      </w:r>
    </w:p>
    <w:p>
      <w:r>
        <w:t>______________________________________________________________________________________</w:t>
      </w:r>
    </w:p>
    <w:p>
      <w:pPr>
        <w:pStyle w:val="Heading1"/>
      </w:pPr>
      <w:r>
        <w:t>3. Сайт и адрес в интернете</w:t>
      </w:r>
    </w:p>
    <w:p>
      <w:r>
        <w:rPr>
          <w:b/>
        </w:rPr>
        <w:t>У вас уже есть домен или сайт?</w:t>
      </w:r>
    </w:p>
    <w:p>
      <w:r>
        <w:t>Выберите один вариант: ☐ Нет, ничего нет   ☐ Есть домен   ☐ Есть сайт</w:t>
      </w:r>
    </w:p>
    <w:p>
      <w:r>
        <w:rPr>
          <w:b/>
        </w:rPr>
        <w:t>Адрес, если есть</w:t>
      </w:r>
    </w:p>
    <w:p>
      <w:r>
        <w:rPr>
          <w:color w:val="888888"/>
          <w:sz w:val="19"/>
        </w:rPr>
        <w:t>например, mybusiness.ru</w:t>
      </w:r>
    </w:p>
    <w:p>
      <w:r>
        <w:t>______________________________________________________________________________________</w:t>
      </w:r>
    </w:p>
    <w:p>
      <w:r>
        <w:rPr>
          <w:b/>
        </w:rPr>
        <w:t>Какие названия для адреса сайта нравятся</w:t>
      </w:r>
    </w:p>
    <w:p>
      <w:r>
        <w:rPr>
          <w:color w:val="888888"/>
          <w:sz w:val="19"/>
        </w:rPr>
        <w:t>2–3 варианта, подберём свободные</w:t>
      </w:r>
    </w:p>
    <w:p>
      <w:r>
        <w:t>______________________________________________________________________________________</w:t>
      </w:r>
    </w:p>
    <w:p>
      <w:pPr>
        <w:pStyle w:val="Heading1"/>
      </w:pPr>
      <w:r>
        <w:t>4. Клиенты и цены</w:t>
      </w:r>
    </w:p>
    <w:p>
      <w:r>
        <w:rPr>
          <w:b/>
        </w:rPr>
        <w:t>Кто ваши клиенты</w:t>
      </w:r>
    </w:p>
    <w:p>
      <w:r>
        <w:rPr>
          <w:color w:val="888888"/>
          <w:sz w:val="19"/>
        </w:rPr>
        <w:t>Кто покупает, почему выбирает вас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</w:rPr>
        <w:t>Цены на основные услуги или товары</w:t>
      </w:r>
    </w:p>
    <w:p>
      <w:r>
        <w:rPr>
          <w:color w:val="888888"/>
          <w:sz w:val="19"/>
        </w:rPr>
        <w:t>Можно примерно: «стрижка — от 1 500 ₽»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/>
        </w:rPr>
        <w:t>Чем вы лучше конкурентов</w:t>
      </w:r>
    </w:p>
    <w:p>
      <w:r>
        <w:rPr>
          <w:color w:val="888888"/>
          <w:sz w:val="19"/>
        </w:rPr>
        <w:t>Скорость, гарантия, опыт, цена — что важно вашим клиентам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1"/>
      </w:pPr>
      <w:r>
        <w:t>5. Примеры</w:t>
      </w:r>
    </w:p>
    <w:p>
      <w:r>
        <w:rPr>
          <w:b/>
        </w:rPr>
        <w:t>Сайты конкурентов или те, что вам нравятся</w:t>
      </w:r>
    </w:p>
    <w:p>
      <w:r>
        <w:rPr>
          <w:color w:val="888888"/>
          <w:sz w:val="19"/>
        </w:rPr>
        <w:t>Ссылки и что именно нравится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1"/>
      </w:pPr>
      <w:r>
        <w:t>6. Тариф и оплата</w:t>
      </w:r>
    </w:p>
    <w:p>
      <w:r>
        <w:rPr>
          <w:b/>
        </w:rPr>
        <w:t>Какой тариф интересен</w:t>
      </w:r>
    </w:p>
    <w:p>
      <w:r>
        <w:t>Выберите один вариант: ☐ Старт   ☐ Бизнес   ☐ Магазин   ☐ Пока не знаю — помогите выбрать</w:t>
      </w:r>
    </w:p>
    <w:p>
      <w:r>
        <w:rPr>
          <w:b/>
        </w:rPr>
        <w:t>Дополнительно</w:t>
      </w:r>
    </w:p>
    <w:p>
      <w:r>
        <w:t>Отметьте нужное: ☐ Реклама ВКонтакте   ☐ Умный бот   ☐ Логотип   ☐ Дополнительная консультация</w:t>
      </w:r>
    </w:p>
    <w:p>
      <w:r>
        <w:rPr>
          <w:b/>
        </w:rPr>
        <w:t>Хотите в рассрочку?</w:t>
      </w:r>
    </w:p>
    <w:p>
      <w:r>
        <w:t>Выберите один вариант: ☐ Да   ☐ Нет</w:t>
      </w:r>
    </w:p>
    <w:p>
      <w:pPr>
        <w:pStyle w:val="Heading1"/>
      </w:pPr>
      <w:r>
        <w:t>7. Реклама</w:t>
      </w:r>
    </w:p>
    <w:p>
      <w:r>
        <w:rPr>
          <w:b/>
        </w:rPr>
        <w:t>Когда запускать рекламу</w:t>
      </w:r>
    </w:p>
    <w:p>
      <w:r>
        <w:t>Выберите один вариант: ☐ Сразу после приёмки   ☐ Позже, сам решу когда</w:t>
      </w:r>
    </w:p>
    <w:p>
      <w:r>
        <w:rPr>
          <w:b/>
        </w:rPr>
        <w:t>Рекламный бюджет в месяц</w:t>
      </w:r>
    </w:p>
    <w:p>
      <w:r>
        <w:t>Выберите один вариант: ☐ до 15 000 ₽   ☐ 15 000–30 000 ₽   ☐ 30 000–60 000 ₽   ☐ больше 60 000 ₽   ☐ пока не знаю</w:t>
      </w:r>
    </w:p>
    <w:p>
      <w:pPr>
        <w:pStyle w:val="Heading1"/>
      </w:pPr>
      <w:r>
        <w:t>8. Фото и консультация</w:t>
      </w:r>
    </w:p>
    <w:p>
      <w:r>
        <w:rPr>
          <w:b/>
        </w:rPr>
        <w:t>Материалы для сайта</w:t>
      </w:r>
    </w:p>
    <w:p>
      <w:r>
        <w:t>Пришлите файлами вместе с брифом: фото работ, товаров, логотип.</w:t>
      </w:r>
    </w:p>
    <w:p>
      <w:r>
        <w:rPr>
          <w:b/>
        </w:rPr>
        <w:t>Когда удобно поговорить 30 минут</w:t>
      </w:r>
    </w:p>
    <w:p>
      <w:r>
        <w:rPr>
          <w:color w:val="888888"/>
          <w:sz w:val="19"/>
        </w:rPr>
        <w:t>Например: будни после 18:00</w:t>
      </w:r>
    </w:p>
    <w:p>
      <w:r>
        <w:t>______________________________________________________________________________________</w:t>
      </w:r>
    </w:p>
    <w:p>
      <w:r>
        <w:rPr>
          <w:b/>
        </w:rPr>
        <w:t>Промокод партнёра</w:t>
      </w:r>
    </w:p>
    <w:p>
      <w:r>
        <w:rPr>
          <w:color w:val="888888"/>
          <w:sz w:val="19"/>
        </w:rPr>
        <w:t>Если есть</w:t>
      </w:r>
    </w:p>
    <w:p>
      <w:r>
        <w:t>______________________________________________________________________________________</w:t>
      </w:r>
    </w:p>
    <w:p/>
    <w:p>
      <w:r>
        <w:t>☐ Согласен на обработку персональных данных (политика: https://tochkastarta.pro/politika/).</w:t>
      </w:r>
    </w:p>
    <w:p>
      <w:r>
        <w:t>* — обязательные поля. Заполните онлайн за 10 минут: https://tochkastarta.pro/brief/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